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6273B" w14:textId="77777777" w:rsidR="002D490F" w:rsidRDefault="00000000">
      <w:pPr>
        <w:spacing w:before="120"/>
        <w:jc w:val="center"/>
      </w:pPr>
      <w:r>
        <w:rPr>
          <w:b/>
          <w:sz w:val="36"/>
        </w:rPr>
        <w:t>ODSTOUPENÍ OD SMLOUVY</w:t>
      </w:r>
    </w:p>
    <w:p w14:paraId="3D4BEE08" w14:textId="77777777" w:rsidR="002D490F" w:rsidRDefault="00000000">
      <w:pPr>
        <w:jc w:val="center"/>
      </w:pPr>
      <w:r>
        <w:rPr>
          <w:sz w:val="20"/>
        </w:rPr>
        <w:t>Vzorový formulář pro odstoupení od smlouvy uzavřené distančním způsobem nebo mimo obchodní prostory podle přílohy písm. b) nařízení vlády č. 29/2023 Sb.</w:t>
      </w:r>
    </w:p>
    <w:p w14:paraId="24F77C74" w14:textId="77777777" w:rsidR="002D490F" w:rsidRDefault="002D490F"/>
    <w:p w14:paraId="456E35EC" w14:textId="77777777" w:rsidR="002D490F" w:rsidRDefault="00000000">
      <w:r>
        <w:rPr>
          <w:i/>
        </w:rPr>
        <w:t>(vyplňte tento formulář a pošlete jej zpět pouze v případě, že chcete odstoupit od smlouvy)</w:t>
      </w:r>
    </w:p>
    <w:p w14:paraId="2B279582" w14:textId="77777777" w:rsidR="00476177" w:rsidRPr="00476177" w:rsidRDefault="00476177" w:rsidP="00476177">
      <w:pPr>
        <w:rPr>
          <w:b/>
          <w:bCs/>
        </w:rPr>
      </w:pPr>
      <w:r w:rsidRPr="00476177">
        <w:rPr>
          <w:b/>
          <w:bCs/>
        </w:rPr>
        <w:t>Adresát (prodávající):</w:t>
      </w:r>
    </w:p>
    <w:p w14:paraId="289F78C4" w14:textId="77777777" w:rsidR="00476177" w:rsidRPr="00476177" w:rsidRDefault="00476177" w:rsidP="00476177">
      <w:r w:rsidRPr="00476177">
        <w:t>Internetový obchod: shop.petheroes.cz</w:t>
      </w:r>
    </w:p>
    <w:p w14:paraId="08E8B732" w14:textId="77777777" w:rsidR="00476177" w:rsidRPr="00476177" w:rsidRDefault="00476177" w:rsidP="00476177">
      <w:r w:rsidRPr="00476177">
        <w:t xml:space="preserve">Společnost: </w:t>
      </w:r>
      <w:proofErr w:type="spellStart"/>
      <w:r w:rsidRPr="00476177">
        <w:t>Pet</w:t>
      </w:r>
      <w:proofErr w:type="spellEnd"/>
      <w:r w:rsidRPr="00476177">
        <w:t xml:space="preserve"> </w:t>
      </w:r>
      <w:proofErr w:type="spellStart"/>
      <w:r w:rsidRPr="00476177">
        <w:t>Heroes</w:t>
      </w:r>
      <w:proofErr w:type="spellEnd"/>
      <w:r w:rsidRPr="00476177">
        <w:t xml:space="preserve"> </w:t>
      </w:r>
      <w:proofErr w:type="spellStart"/>
      <w:r w:rsidRPr="00476177">
        <w:t>z.s</w:t>
      </w:r>
      <w:proofErr w:type="spellEnd"/>
      <w:r w:rsidRPr="00476177">
        <w:t>.</w:t>
      </w:r>
    </w:p>
    <w:p w14:paraId="62C8B149" w14:textId="77777777" w:rsidR="00476177" w:rsidRPr="00476177" w:rsidRDefault="00476177" w:rsidP="00476177">
      <w:r w:rsidRPr="00476177">
        <w:t>Se sídlem: Hlavatého 15, Praha, 149 00</w:t>
      </w:r>
    </w:p>
    <w:p w14:paraId="4846193B" w14:textId="77777777" w:rsidR="00476177" w:rsidRPr="00476177" w:rsidRDefault="00476177" w:rsidP="00476177">
      <w:r w:rsidRPr="00476177">
        <w:t>IČ/DIČ: 01552309 / CZ01552309</w:t>
      </w:r>
    </w:p>
    <w:p w14:paraId="4442D2DC" w14:textId="77777777" w:rsidR="00476177" w:rsidRPr="00476177" w:rsidRDefault="00476177" w:rsidP="00476177">
      <w:r w:rsidRPr="00476177">
        <w:t>E-mailová adresa: shop@petheroes.cz</w:t>
      </w:r>
    </w:p>
    <w:p w14:paraId="52A02760" w14:textId="69FEA707" w:rsidR="00476177" w:rsidRPr="00476177" w:rsidRDefault="00476177" w:rsidP="00476177">
      <w:r w:rsidRPr="00476177">
        <w:t>Telefonní číslo: 725 719</w:t>
      </w:r>
      <w:r w:rsidRPr="00476177">
        <w:t> </w:t>
      </w:r>
      <w:r w:rsidRPr="00476177">
        <w:t>583</w:t>
      </w:r>
    </w:p>
    <w:p w14:paraId="75C84FAF" w14:textId="4C89EBB0" w:rsidR="002D490F" w:rsidRDefault="002D490F"/>
    <w:p w14:paraId="20A5EFED" w14:textId="77777777" w:rsidR="002D490F" w:rsidRDefault="002D490F"/>
    <w:p w14:paraId="18F21A9C" w14:textId="1BAE863B" w:rsidR="002D490F" w:rsidRDefault="00000000">
      <w:r>
        <w:t>Oznamuji/oznamujeme (*), že tímto odstupuji/odstupujeme (*) od smlouvy o koupi tohoto zboží (*):</w:t>
      </w:r>
    </w:p>
    <w:p w14:paraId="1AF39F67" w14:textId="77777777" w:rsidR="002D490F" w:rsidRDefault="00000000">
      <w:r>
        <w:t>____________________</w:t>
      </w:r>
    </w:p>
    <w:p w14:paraId="0F36E5E6" w14:textId="77777777" w:rsidR="002D490F" w:rsidRDefault="00000000">
      <w:r>
        <w:t>Datum objednání (*) / datum obdržení (*): ____________________</w:t>
      </w:r>
    </w:p>
    <w:p w14:paraId="481E53DD" w14:textId="77777777" w:rsidR="002D490F" w:rsidRDefault="00000000">
      <w:r>
        <w:t>Jméno a příjmení spotřebitele/spotřebitelů: ____________________</w:t>
      </w:r>
    </w:p>
    <w:p w14:paraId="4E841EAD" w14:textId="77777777" w:rsidR="002D490F" w:rsidRDefault="00000000">
      <w:r>
        <w:t>Adresa spotřebitele/spotřebitelů: ____________________</w:t>
      </w:r>
    </w:p>
    <w:p w14:paraId="74DDD4CB" w14:textId="2ADFDA4A" w:rsidR="00476177" w:rsidRDefault="00476177" w:rsidP="00476177">
      <w:r>
        <w:t>E-</w:t>
      </w:r>
      <w:proofErr w:type="spellStart"/>
      <w:r>
        <w:t>mailová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, </w:t>
      </w:r>
      <w:proofErr w:type="spellStart"/>
      <w:r>
        <w:t>telefon</w:t>
      </w:r>
      <w:proofErr w:type="spellEnd"/>
      <w:r>
        <w:t xml:space="preserve"> </w:t>
      </w:r>
      <w:r>
        <w:t>spotřebitele/spotřebitelů: ____________________</w:t>
      </w:r>
    </w:p>
    <w:p w14:paraId="3D99A113" w14:textId="77777777" w:rsidR="002D490F" w:rsidRDefault="002D490F"/>
    <w:p w14:paraId="67D516F0" w14:textId="77777777" w:rsidR="00476177" w:rsidRDefault="00476177"/>
    <w:p w14:paraId="49C521A8" w14:textId="77777777" w:rsidR="002D490F" w:rsidRDefault="00000000">
      <w:r>
        <w:rPr>
          <w:b/>
        </w:rPr>
        <w:t>Nepovinné údaje, které vyřízení urychlí:</w:t>
      </w:r>
    </w:p>
    <w:p w14:paraId="2AA8F603" w14:textId="77777777" w:rsidR="002D490F" w:rsidRDefault="00000000">
      <w:r>
        <w:t>Číslo objednávky: ____________________</w:t>
      </w:r>
    </w:p>
    <w:p w14:paraId="2EF28B9C" w14:textId="77777777" w:rsidR="002D490F" w:rsidRDefault="00000000">
      <w:r>
        <w:t>Číslo účtu pro vrácení peněz (jen pokud chcete vrátit peníze jinak, než jste platili): ____________________</w:t>
      </w:r>
    </w:p>
    <w:p w14:paraId="29E2B431" w14:textId="77777777" w:rsidR="002D490F" w:rsidRDefault="002D490F"/>
    <w:p w14:paraId="79279171" w14:textId="77777777" w:rsidR="002D490F" w:rsidRDefault="00000000">
      <w:r>
        <w:t>Datum: ____________________</w:t>
      </w:r>
    </w:p>
    <w:p w14:paraId="7E038D7D" w14:textId="77777777" w:rsidR="002D490F" w:rsidRDefault="002D490F"/>
    <w:p w14:paraId="6957F4E9" w14:textId="77777777" w:rsidR="002D490F" w:rsidRDefault="00000000">
      <w:r>
        <w:t>....................................................</w:t>
      </w:r>
    </w:p>
    <w:p w14:paraId="6E5B7C43" w14:textId="77777777" w:rsidR="002D490F" w:rsidRDefault="00000000">
      <w:r>
        <w:rPr>
          <w:sz w:val="20"/>
        </w:rPr>
        <w:t>Podpis spotřebitele/spotřebitelů (pouze pokud je tento formulář zasílán na listině)</w:t>
      </w:r>
    </w:p>
    <w:p w14:paraId="46BB0C94" w14:textId="77777777" w:rsidR="002D490F" w:rsidRDefault="002D490F"/>
    <w:p w14:paraId="10DE5585" w14:textId="77777777" w:rsidR="002D490F" w:rsidRDefault="00000000">
      <w:pPr>
        <w:rPr>
          <w:i/>
          <w:sz w:val="18"/>
        </w:rPr>
      </w:pPr>
      <w:r>
        <w:rPr>
          <w:i/>
          <w:sz w:val="18"/>
        </w:rPr>
        <w:t xml:space="preserve">(*) Nehodící se </w:t>
      </w:r>
      <w:proofErr w:type="spellStart"/>
      <w:r>
        <w:rPr>
          <w:i/>
          <w:sz w:val="18"/>
        </w:rPr>
        <w:t>škrtněte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nebo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údaje</w:t>
      </w:r>
      <w:proofErr w:type="spellEnd"/>
      <w:r>
        <w:rPr>
          <w:i/>
          <w:sz w:val="18"/>
        </w:rPr>
        <w:t xml:space="preserve"> </w:t>
      </w:r>
      <w:proofErr w:type="spellStart"/>
      <w:r>
        <w:rPr>
          <w:i/>
          <w:sz w:val="18"/>
        </w:rPr>
        <w:t>doplňte</w:t>
      </w:r>
      <w:proofErr w:type="spellEnd"/>
      <w:r>
        <w:rPr>
          <w:i/>
          <w:sz w:val="18"/>
        </w:rPr>
        <w:t>.</w:t>
      </w:r>
    </w:p>
    <w:p w14:paraId="4308C2C1" w14:textId="77777777" w:rsidR="00DC2EA9" w:rsidRPr="00DC2EA9" w:rsidRDefault="00DC2EA9" w:rsidP="00DC2EA9"/>
    <w:p w14:paraId="04ECB759" w14:textId="77777777" w:rsidR="00DC2EA9" w:rsidRPr="00DC2EA9" w:rsidRDefault="00DC2EA9" w:rsidP="00DC2EA9"/>
    <w:p w14:paraId="7D26F143" w14:textId="77777777" w:rsidR="00DC2EA9" w:rsidRPr="00DC2EA9" w:rsidRDefault="00DC2EA9" w:rsidP="00DC2EA9"/>
    <w:p w14:paraId="34D8F6C3" w14:textId="77777777" w:rsidR="00DC2EA9" w:rsidRPr="00DC2EA9" w:rsidRDefault="00DC2EA9" w:rsidP="00476177"/>
    <w:sectPr w:rsidR="00DC2EA9" w:rsidRPr="00DC2EA9" w:rsidSect="00034616">
      <w:footerReference w:type="default" r:id="rId8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6CAE8" w14:textId="77777777" w:rsidR="006A1AF0" w:rsidRDefault="006A1AF0">
      <w:pPr>
        <w:spacing w:after="0" w:line="240" w:lineRule="auto"/>
      </w:pPr>
      <w:r>
        <w:separator/>
      </w:r>
    </w:p>
  </w:endnote>
  <w:endnote w:type="continuationSeparator" w:id="0">
    <w:p w14:paraId="5ACA6873" w14:textId="77777777" w:rsidR="006A1AF0" w:rsidRDefault="006A1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D9521B" w14:textId="53F00785" w:rsidR="002D490F" w:rsidRDefault="002D490F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EB7615" w14:textId="77777777" w:rsidR="006A1AF0" w:rsidRDefault="006A1AF0">
      <w:pPr>
        <w:spacing w:after="0" w:line="240" w:lineRule="auto"/>
      </w:pPr>
      <w:r>
        <w:separator/>
      </w:r>
    </w:p>
  </w:footnote>
  <w:footnote w:type="continuationSeparator" w:id="0">
    <w:p w14:paraId="196FAEA3" w14:textId="77777777" w:rsidR="006A1AF0" w:rsidRDefault="006A1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5771341">
    <w:abstractNumId w:val="8"/>
  </w:num>
  <w:num w:numId="2" w16cid:durableId="974676276">
    <w:abstractNumId w:val="6"/>
  </w:num>
  <w:num w:numId="3" w16cid:durableId="483620513">
    <w:abstractNumId w:val="5"/>
  </w:num>
  <w:num w:numId="4" w16cid:durableId="516700685">
    <w:abstractNumId w:val="4"/>
  </w:num>
  <w:num w:numId="5" w16cid:durableId="661783023">
    <w:abstractNumId w:val="7"/>
  </w:num>
  <w:num w:numId="6" w16cid:durableId="323357029">
    <w:abstractNumId w:val="3"/>
  </w:num>
  <w:num w:numId="7" w16cid:durableId="1132016297">
    <w:abstractNumId w:val="2"/>
  </w:num>
  <w:num w:numId="8" w16cid:durableId="210656986">
    <w:abstractNumId w:val="1"/>
  </w:num>
  <w:num w:numId="9" w16cid:durableId="15792498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D490F"/>
    <w:rsid w:val="00326F90"/>
    <w:rsid w:val="00476177"/>
    <w:rsid w:val="00630758"/>
    <w:rsid w:val="006A1AF0"/>
    <w:rsid w:val="00AA1D8D"/>
    <w:rsid w:val="00B47730"/>
    <w:rsid w:val="00CB0664"/>
    <w:rsid w:val="00DC2E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DF1507"/>
  <w14:defaultImageDpi w14:val="300"/>
  <w15:docId w15:val="{1DA51577-A577-486C-8470-44127D7A2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80"/>
    </w:pPr>
    <w:rPr>
      <w:rFonts w:ascii="Calibri" w:hAnsi="Calibri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Normlnweb">
    <w:name w:val="Normal (Web)"/>
    <w:basedOn w:val="Normln"/>
    <w:uiPriority w:val="99"/>
    <w:semiHidden/>
    <w:unhideWhenUsed/>
    <w:rsid w:val="004761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184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formular-pro-odstoupeni-od-smlouvy-vzor</dc:title>
  <dc:subject/>
  <dc:creator>DokladBot</dc:creator>
  <cp:keywords/>
  <dc:description>DokladBot | dokladbot.cz/vzory</dc:description>
  <cp:lastModifiedBy>Martina Milarová</cp:lastModifiedBy>
  <cp:revision>2</cp:revision>
  <dcterms:created xsi:type="dcterms:W3CDTF">2026-10-14T15:24:00Z</dcterms:created>
  <dcterms:modified xsi:type="dcterms:W3CDTF">2026-10-14T15:24:00Z</dcterms:modified>
  <cp:category/>
</cp:coreProperties>
</file>